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819"/>
          <w:tab w:val="right" w:leader="none" w:pos="9638"/>
        </w:tabs>
        <w:spacing w:after="0" w:line="276" w:lineRule="auto"/>
        <w:rPr/>
      </w:pPr>
      <w:r w:rsidDel="00000000" w:rsidR="00000000" w:rsidRPr="00000000">
        <w:rPr>
          <w:rFonts w:ascii="Arial" w:cs="Arial" w:eastAsia="Arial" w:hAnsi="Arial"/>
          <w:sz w:val="22"/>
          <w:szCs w:val="22"/>
        </w:rPr>
        <w:drawing>
          <wp:inline distB="114300" distT="114300" distL="114300" distR="114300">
            <wp:extent cx="3001327" cy="1539494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01327" cy="153949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ALLEGATO 1  |  MANIFESTAZIONE DI INTERESSE</w:t>
      </w:r>
    </w:p>
    <w:p w:rsidR="00000000" w:rsidDel="00000000" w:rsidP="00000000" w:rsidRDefault="00000000" w:rsidRPr="00000000" w14:paraId="00000004">
      <w:pPr>
        <w:pStyle w:val="Title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MODULO DI CANDIDATURA DELLE SCUOLE</w:t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GRAZIA 100. Leggere, vivere, raccontare Deledda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Programma regionale dedicato al centenario del Premio Nobel per la Letteratura a Grazia Deledda (1926–2026)</w:t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Promosso dalla Regione Autonoma della Sardegna – Assessorato della Pubblica Istruzione, Beni Culturali, Informazione, Spettacolo e Sport. Ideato e realizzato dall’APS Il Club di Jane Austen Sardegna.</w:t>
      </w:r>
    </w:p>
    <w:p w:rsidR="00000000" w:rsidDel="00000000" w:rsidP="00000000" w:rsidRDefault="00000000" w:rsidRPr="00000000" w14:paraId="00000008">
      <w:pPr>
        <w:pStyle w:val="Heading1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1. Dati dell’istituto scolastico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Denominazione istituto  _______________________________________________</w:t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Codice meccanografico  _______________________________________________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Indirizzo e numero civico  _______________________________________________</w:t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Comune e provincia  _______________________________________________</w:t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Telefono segreteria  _______________________________________________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Email istituzionale  _______________________________________________</w:t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PEC  _______________________________________________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Dirigente scolastico  _______________________________________________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Tipologia:  ☐ Liceo     ☐ Istituto tecnico     ☐ Istituto professionale     ☐ Altro __________</w:t>
      </w:r>
    </w:p>
    <w:p w:rsidR="00000000" w:rsidDel="00000000" w:rsidP="00000000" w:rsidRDefault="00000000" w:rsidRPr="00000000" w14:paraId="00000012">
      <w:pPr>
        <w:pStyle w:val="Heading1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2. Ambito territoriale</w:t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☐ Cagliari e area metropolitana   ☐ Sulcis   ☐ Campidano   ☐ Ogliastra</w:t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☐ Oristanese   ☐ Nuorese   ☐ Sassarese   ☐ Gallura</w:t>
      </w:r>
    </w:p>
    <w:p w:rsidR="00000000" w:rsidDel="00000000" w:rsidP="00000000" w:rsidRDefault="00000000" w:rsidRPr="00000000" w14:paraId="00000015">
      <w:pPr>
        <w:pStyle w:val="Heading1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3. Docente referente</w:t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Nome e cognome  _______________________________________________</w:t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Disciplina  _______________________________________________</w:t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Email  _______________________________________________</w:t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Telefono  _______________________________________________</w:t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Secondo referente (facoltativo)  _______________________________________________</w:t>
      </w:r>
    </w:p>
    <w:p w:rsidR="00000000" w:rsidDel="00000000" w:rsidP="00000000" w:rsidRDefault="00000000" w:rsidRPr="00000000" w14:paraId="0000001B">
      <w:pPr>
        <w:pStyle w:val="Heading1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4. Classi candidate</w:t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Indicare fino a due classi quarte e/o quinte; la candidatura non equivale all’ammissione.</w:t>
      </w:r>
    </w:p>
    <w:tbl>
      <w:tblPr>
        <w:tblStyle w:val="Table1"/>
        <w:tblW w:w="98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29"/>
        <w:gridCol w:w="4929"/>
        <w:tblGridChange w:id="0">
          <w:tblGrid>
            <w:gridCol w:w="4929"/>
            <w:gridCol w:w="492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after="2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CLASSE 1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after="2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CLASSE 2 (facoltativa)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after="2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Classe e sezione: __________________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2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Classe e sezione: __________________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spacing w:after="2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Indirizzo di studi: ________________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after="2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Indirizzo di studi: ________________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after="2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Numero studenti: _________________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after="2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Numero studenti: _________________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after="2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Docente: ________________________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after="2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Docente: ________________________</w:t>
            </w:r>
          </w:p>
        </w:tc>
      </w:tr>
    </w:tbl>
    <w:p w:rsidR="00000000" w:rsidDel="00000000" w:rsidP="00000000" w:rsidRDefault="00000000" w:rsidRPr="00000000" w14:paraId="00000027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Totale studenti candidati  _______________________________________________</w:t>
      </w:r>
    </w:p>
    <w:p w:rsidR="00000000" w:rsidDel="00000000" w:rsidP="00000000" w:rsidRDefault="00000000" w:rsidRPr="00000000" w14:paraId="00000028">
      <w:pPr>
        <w:pStyle w:val="Heading1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5. Manifestazione di interesse e disponibilità</w:t>
      </w:r>
    </w:p>
    <w:p w:rsidR="00000000" w:rsidDel="00000000" w:rsidP="00000000" w:rsidRDefault="00000000" w:rsidRPr="00000000" w14:paraId="00000029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Il/La sottoscritto/a, in qualità di dirigente scolastico dell’istituto indicato, manifesta interesse a partecipare al programma GRAZIA 100 e dichiara la disponibilità a:</w:t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☐  partecipare agli incontri territoriali SCOPRIRE GRAZIA (prima decade di dicembre 2026);</w:t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☐  scegliere entro il 15 dicembre 2026 l’opera di Grazia Deledda per ciascuna classe e avviare la lettura;</w:t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☐  accompagnare la lettura degli studenti e partecipare ai laboratori VIVERE GRAZIA (febbraio–marzo 2027);</w:t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☐  realizzare almeno una restituzione creativa per classe nell’ambito di RACCONTARE GRAZIA;</w:t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☐  collaborare all’organizzazione della giornata conclusiva INCONTRARE GRAZIA a Nuoro (aprile 2027);</w:t>
      </w:r>
    </w:p>
    <w:p w:rsidR="00000000" w:rsidDel="00000000" w:rsidP="00000000" w:rsidRDefault="00000000" w:rsidRPr="00000000" w14:paraId="0000002F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☐  designare un docente referente e collaborare a calendario, presenze, monitoraggio e documentazione;</w:t>
      </w:r>
    </w:p>
    <w:p w:rsidR="00000000" w:rsidDel="00000000" w:rsidP="00000000" w:rsidRDefault="00000000" w:rsidRPr="00000000" w14:paraId="00000030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☐  collaborare alla gestione delle autorizzazioni per fotografie, riprese video e registrazioni audio, informando studenti e famiglie secondo le indicazioni del progetto.</w:t>
      </w:r>
    </w:p>
    <w:p w:rsidR="00000000" w:rsidDel="00000000" w:rsidP="00000000" w:rsidRDefault="00000000" w:rsidRPr="00000000" w14:paraId="00000031">
      <w:pPr>
        <w:pStyle w:val="Heading1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6. Presa visione e dichiarazioni</w:t>
      </w:r>
    </w:p>
    <w:p w:rsidR="00000000" w:rsidDel="00000000" w:rsidP="00000000" w:rsidRDefault="00000000" w:rsidRPr="00000000" w14:paraId="00000032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☐  Ho preso visione dell’Avviso di manifestazione di interesse e ne accetto le condizioni.</w:t>
      </w:r>
    </w:p>
    <w:p w:rsidR="00000000" w:rsidDel="00000000" w:rsidP="00000000" w:rsidRDefault="00000000" w:rsidRPr="00000000" w14:paraId="0000003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☐  Sono a conoscenza che, in caso di candidature eccedenti, si applicherà il criterio cronologico indicato nell’Avviso per ciascun ambito territoriale.</w:t>
      </w:r>
    </w:p>
    <w:p w:rsidR="00000000" w:rsidDel="00000000" w:rsidP="00000000" w:rsidRDefault="00000000" w:rsidRPr="00000000" w14:paraId="0000003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☐  Sono a conoscenza che l’adesione alla Rete Regionale GRAZIA 100 è distinta dall’ammissione al percorso laboratoriale.</w:t>
      </w:r>
    </w:p>
    <w:p w:rsidR="00000000" w:rsidDel="00000000" w:rsidP="00000000" w:rsidRDefault="00000000" w:rsidRPr="00000000" w14:paraId="00000035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☐  Sono a conoscenza che l’adesione comporta la disponibilità a partecipare all’intero percorso educativo.</w:t>
      </w:r>
    </w:p>
    <w:p w:rsidR="00000000" w:rsidDel="00000000" w:rsidP="00000000" w:rsidRDefault="00000000" w:rsidRPr="00000000" w14:paraId="0000003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☐  Dichiaro di aver preso visione dell’informativa sul trattamento dei dati personali allegata all’Avviso.</w:t>
      </w:r>
    </w:p>
    <w:p w:rsidR="00000000" w:rsidDel="00000000" w:rsidP="00000000" w:rsidRDefault="00000000" w:rsidRPr="00000000" w14:paraId="00000037">
      <w:pPr>
        <w:pStyle w:val="Heading1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7. Documentazione fotografica e audiovisiva</w:t>
      </w:r>
    </w:p>
    <w:p w:rsidR="00000000" w:rsidDel="00000000" w:rsidP="00000000" w:rsidRDefault="00000000" w:rsidRPr="00000000" w14:paraId="0000003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Durante le attività potranno essere realizzate fotografie, riprese video e registrazioni audio per finalità di documentazione e comunicazione del progetto. Prima delle attività interessate saranno fornite le informazioni e la modulistica per le eventuali autorizzazioni individuali necessarie. Per gli studenti minorenni si coinvolgeranno gli esercenti la responsabilità genitoriale; per i maggiorenni gli interessati. La mancata autorizzazione alla ripresa o diffusione di contenuti identificativi non pregiudica la partecipazione dello studente.</w:t>
      </w:r>
    </w:p>
    <w:p w:rsidR="00000000" w:rsidDel="00000000" w:rsidP="00000000" w:rsidRDefault="00000000" w:rsidRPr="00000000" w14:paraId="00000039">
      <w:pPr>
        <w:pStyle w:val="Heading1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8. Sottoscrizione e invio</w:t>
      </w:r>
    </w:p>
    <w:p w:rsidR="00000000" w:rsidDel="00000000" w:rsidP="00000000" w:rsidRDefault="00000000" w:rsidRPr="00000000" w14:paraId="0000003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Luogo e data  _______________________________________________</w:t>
      </w:r>
    </w:p>
    <w:p w:rsidR="00000000" w:rsidDel="00000000" w:rsidP="00000000" w:rsidRDefault="00000000" w:rsidRPr="00000000" w14:paraId="0000003B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Nome e cognome del dirigente scolastico  _______________________________________________</w:t>
      </w:r>
    </w:p>
    <w:p w:rsidR="00000000" w:rsidDel="00000000" w:rsidP="00000000" w:rsidRDefault="00000000" w:rsidRPr="00000000" w14:paraId="0000003C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Firma del dirigente scolastico  _______________________________________________</w:t>
      </w:r>
    </w:p>
    <w:p w:rsidR="00000000" w:rsidDel="00000000" w:rsidP="00000000" w:rsidRDefault="00000000" w:rsidRPr="00000000" w14:paraId="0000003D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907" w:top="964" w:left="1191" w:right="119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GRAZIA 100  •  Modulo di manifestazione di interesse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18"/>
        <w:szCs w:val="18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180" w:lineRule="auto"/>
    </w:pPr>
    <w:rPr>
      <w:rFonts w:ascii="Play" w:cs="Play" w:eastAsia="Play" w:hAnsi="Play"/>
      <w:b w:val="1"/>
      <w:bCs w:val="1"/>
      <w:color w:val="20454b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100" w:before="180" w:line="240" w:lineRule="auto"/>
    </w:pPr>
    <w:rPr>
      <w:rFonts w:ascii="Play" w:cs="Play" w:eastAsia="Play" w:hAnsi="Play"/>
      <w:b w:val="1"/>
      <w:bCs w:val="1"/>
      <w:color w:val="20454b"/>
      <w:sz w:val="34"/>
      <w:szCs w:val="3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6Jbur12aeDkntkHpz5jtVnT1Rg==">CgMxLjA4AHIhMXcxOXI0VUJVTFNMcmJVd2h3RmVCUWh3Tzg1aEw1YllM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